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93D32"/>
          <w:sz w:val="34"/>
        </w:rPr>
        <w:t>ATTENDANCE ADVISORY</w:t>
      </w:r>
    </w:p>
    <w:p>
      <w:pPr>
        <w:jc w:val="right"/>
      </w:pPr>
      <w:r>
        <w:rPr>
          <w:b/>
        </w:rPr>
        <w:t xml:space="preserve">Date: </w:t>
      </w:r>
      <w:r>
        <w:t>________________</w:t>
      </w:r>
    </w:p>
    <w:p>
      <w:r>
        <w:t>To,</w:t>
      </w:r>
    </w:p>
    <w:p>
      <w:r>
        <w:rPr>
          <w:b/>
        </w:rPr>
        <w:t>________________</w:t>
      </w:r>
      <w:r>
        <w:br/>
        <w:t>Enrollment no. ________________</w:t>
      </w:r>
    </w:p>
    <w:p>
      <w:r>
        <w:t>Subject: Attendance below the required threshold</w:t>
      </w:r>
    </w:p>
    <w:p>
      <w:r>
        <w:t>Dear ________________,</w:t>
      </w:r>
    </w:p>
    <w:p>
      <w:r>
        <w:t>Our records show that your attendance is currently ________________. Please meet your mentor to discuss a plan to attend upcoming classes regularly.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r>
              <w:t>Student</w:t>
            </w:r>
          </w:p>
        </w:tc>
        <w:tc>
          <w:tcPr>
            <w:tcW w:type="dxa" w:w="4896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4896"/>
            <w:vAlign w:val="center"/>
          </w:tcPr>
          <w:p>
            <w:r>
              <w:t>Enrollment number</w:t>
            </w:r>
          </w:p>
        </w:tc>
        <w:tc>
          <w:tcPr>
            <w:tcW w:type="dxa" w:w="4896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4896"/>
            <w:vAlign w:val="center"/>
          </w:tcPr>
          <w:p>
            <w:r>
              <w:t>Current attendance</w:t>
            </w:r>
          </w:p>
        </w:tc>
        <w:tc>
          <w:tcPr>
            <w:tcW w:type="dxa" w:w="4896"/>
            <w:vAlign w:val="center"/>
          </w:tcPr>
          <w:p>
            <w:r>
              <w:t>________________</w:t>
            </w:r>
          </w:p>
        </w:tc>
      </w:tr>
    </w:tbl>
    <w:p>
      <w:pPr>
        <w:spacing w:before="200"/>
      </w:pPr>
      <w:r>
        <w:rPr>
          <w:b/>
        </w:rPr>
        <w:t xml:space="preserve">Meeting with: </w:t>
      </w:r>
      <w:r>
        <w:t>________________  ·  ________________</w:t>
      </w:r>
    </w:p>
    <w:p>
      <w:r>
        <w:t>प्रिय ________________, कृपया ________________ को ________________ से मिलें।</w:t>
      </w:r>
    </w:p>
    <w:p>
      <w:r>
        <w:t>Sincerely,</w:t>
      </w:r>
    </w:p>
    <w:p>
      <w:r>
        <w:rPr>
          <w:b/>
        </w:rPr>
        <w:t>________________</w:t>
      </w:r>
      <w:r>
        <w:br/>
        <w:t>Academic Mentor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— replace this text with your institution’s approved wording.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496C53"/>
        <w:sz w:val="16"/>
      </w:rPr>
      <w:t>EASYDOCS  ·  SAMPLE INSTITUTION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